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FD5FE" w14:textId="77777777" w:rsidR="00A42A39" w:rsidRDefault="002F0C02">
      <w:pPr>
        <w:pStyle w:val="Heading1"/>
      </w:pPr>
      <w:r>
        <w:t>Comprehensive Nursing Patient Care Log</w:t>
      </w:r>
    </w:p>
    <w:p w14:paraId="571133F5" w14:textId="77777777" w:rsidR="00A42A39" w:rsidRDefault="002F0C02">
      <w:r>
        <w:t>Patient Name: ________________________   DOB: __________   Date: __________</w:t>
      </w:r>
    </w:p>
    <w:p w14:paraId="4A03312B" w14:textId="77777777" w:rsidR="00A42A39" w:rsidRDefault="002F0C02">
      <w:r>
        <w:t>Nurse/Caregiver: ______________________   Shift: __________</w:t>
      </w:r>
    </w:p>
    <w:p w14:paraId="77821F6D" w14:textId="77777777" w:rsidR="00A42A39" w:rsidRDefault="002F0C02">
      <w:pPr>
        <w:pStyle w:val="Heading2"/>
      </w:pPr>
      <w:r>
        <w:t>Vital Signs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A42A39" w14:paraId="7B40ADEA" w14:textId="77777777">
        <w:tc>
          <w:tcPr>
            <w:tcW w:w="1440" w:type="dxa"/>
          </w:tcPr>
          <w:p w14:paraId="55FC8C83" w14:textId="77777777" w:rsidR="00A42A39" w:rsidRDefault="002F0C02">
            <w:r>
              <w:t>Time</w:t>
            </w:r>
          </w:p>
        </w:tc>
        <w:tc>
          <w:tcPr>
            <w:tcW w:w="1440" w:type="dxa"/>
          </w:tcPr>
          <w:p w14:paraId="54A7576E" w14:textId="77777777" w:rsidR="00A42A39" w:rsidRDefault="002F0C02">
            <w:r>
              <w:t>BP (mmHg)</w:t>
            </w:r>
          </w:p>
        </w:tc>
        <w:tc>
          <w:tcPr>
            <w:tcW w:w="1440" w:type="dxa"/>
          </w:tcPr>
          <w:p w14:paraId="32D1E8A2" w14:textId="77777777" w:rsidR="00A42A39" w:rsidRDefault="002F0C02">
            <w:r>
              <w:t>Pulse (bpm)</w:t>
            </w:r>
          </w:p>
        </w:tc>
        <w:tc>
          <w:tcPr>
            <w:tcW w:w="1440" w:type="dxa"/>
          </w:tcPr>
          <w:p w14:paraId="39D6683E" w14:textId="77777777" w:rsidR="00A42A39" w:rsidRDefault="002F0C02">
            <w:r>
              <w:t>Resp Rate</w:t>
            </w:r>
          </w:p>
        </w:tc>
        <w:tc>
          <w:tcPr>
            <w:tcW w:w="1440" w:type="dxa"/>
          </w:tcPr>
          <w:p w14:paraId="7169E0BF" w14:textId="77777777" w:rsidR="00A42A39" w:rsidRDefault="002F0C02">
            <w:r>
              <w:t>Temp °F/°C</w:t>
            </w:r>
          </w:p>
        </w:tc>
        <w:tc>
          <w:tcPr>
            <w:tcW w:w="1440" w:type="dxa"/>
          </w:tcPr>
          <w:p w14:paraId="05DFF182" w14:textId="77777777" w:rsidR="00A42A39" w:rsidRDefault="002F0C02">
            <w:r>
              <w:t>SpO2 (%)</w:t>
            </w:r>
          </w:p>
        </w:tc>
      </w:tr>
      <w:tr w:rsidR="00A42A39" w14:paraId="42553281" w14:textId="77777777">
        <w:tc>
          <w:tcPr>
            <w:tcW w:w="1440" w:type="dxa"/>
          </w:tcPr>
          <w:p w14:paraId="7B5CD1DB" w14:textId="77777777" w:rsidR="00A42A39" w:rsidRDefault="00A42A39"/>
        </w:tc>
        <w:tc>
          <w:tcPr>
            <w:tcW w:w="1440" w:type="dxa"/>
          </w:tcPr>
          <w:p w14:paraId="32EBB579" w14:textId="77777777" w:rsidR="00A42A39" w:rsidRDefault="00A42A39"/>
        </w:tc>
        <w:tc>
          <w:tcPr>
            <w:tcW w:w="1440" w:type="dxa"/>
          </w:tcPr>
          <w:p w14:paraId="179DA0A0" w14:textId="77777777" w:rsidR="00A42A39" w:rsidRDefault="00A42A39"/>
        </w:tc>
        <w:tc>
          <w:tcPr>
            <w:tcW w:w="1440" w:type="dxa"/>
          </w:tcPr>
          <w:p w14:paraId="1527E069" w14:textId="77777777" w:rsidR="00A42A39" w:rsidRDefault="00A42A39"/>
        </w:tc>
        <w:tc>
          <w:tcPr>
            <w:tcW w:w="1440" w:type="dxa"/>
          </w:tcPr>
          <w:p w14:paraId="35D8DE28" w14:textId="77777777" w:rsidR="00A42A39" w:rsidRDefault="00A42A39"/>
        </w:tc>
        <w:tc>
          <w:tcPr>
            <w:tcW w:w="1440" w:type="dxa"/>
          </w:tcPr>
          <w:p w14:paraId="5BCF7F58" w14:textId="77777777" w:rsidR="00A42A39" w:rsidRDefault="00A42A39"/>
        </w:tc>
      </w:tr>
      <w:tr w:rsidR="00A42A39" w14:paraId="295BEDD9" w14:textId="77777777">
        <w:tc>
          <w:tcPr>
            <w:tcW w:w="1440" w:type="dxa"/>
          </w:tcPr>
          <w:p w14:paraId="597F490B" w14:textId="77777777" w:rsidR="00A42A39" w:rsidRDefault="00A42A39"/>
        </w:tc>
        <w:tc>
          <w:tcPr>
            <w:tcW w:w="1440" w:type="dxa"/>
          </w:tcPr>
          <w:p w14:paraId="0321FE18" w14:textId="77777777" w:rsidR="00A42A39" w:rsidRDefault="00A42A39"/>
        </w:tc>
        <w:tc>
          <w:tcPr>
            <w:tcW w:w="1440" w:type="dxa"/>
          </w:tcPr>
          <w:p w14:paraId="4A1DA30E" w14:textId="77777777" w:rsidR="00A42A39" w:rsidRDefault="00A42A39"/>
        </w:tc>
        <w:tc>
          <w:tcPr>
            <w:tcW w:w="1440" w:type="dxa"/>
          </w:tcPr>
          <w:p w14:paraId="6E051CBD" w14:textId="77777777" w:rsidR="00A42A39" w:rsidRDefault="00A42A39"/>
        </w:tc>
        <w:tc>
          <w:tcPr>
            <w:tcW w:w="1440" w:type="dxa"/>
          </w:tcPr>
          <w:p w14:paraId="552C6888" w14:textId="77777777" w:rsidR="00A42A39" w:rsidRDefault="00A42A39"/>
        </w:tc>
        <w:tc>
          <w:tcPr>
            <w:tcW w:w="1440" w:type="dxa"/>
          </w:tcPr>
          <w:p w14:paraId="23B31C93" w14:textId="77777777" w:rsidR="00A42A39" w:rsidRDefault="00A42A39"/>
        </w:tc>
      </w:tr>
      <w:tr w:rsidR="00A42A39" w14:paraId="58EB5EB6" w14:textId="77777777">
        <w:tc>
          <w:tcPr>
            <w:tcW w:w="1440" w:type="dxa"/>
          </w:tcPr>
          <w:p w14:paraId="46C06B62" w14:textId="77777777" w:rsidR="00A42A39" w:rsidRDefault="00A42A39"/>
        </w:tc>
        <w:tc>
          <w:tcPr>
            <w:tcW w:w="1440" w:type="dxa"/>
          </w:tcPr>
          <w:p w14:paraId="5EE4685D" w14:textId="77777777" w:rsidR="00A42A39" w:rsidRDefault="00A42A39"/>
        </w:tc>
        <w:tc>
          <w:tcPr>
            <w:tcW w:w="1440" w:type="dxa"/>
          </w:tcPr>
          <w:p w14:paraId="7B84A8D9" w14:textId="77777777" w:rsidR="00A42A39" w:rsidRDefault="00A42A39"/>
        </w:tc>
        <w:tc>
          <w:tcPr>
            <w:tcW w:w="1440" w:type="dxa"/>
          </w:tcPr>
          <w:p w14:paraId="2B4E90B5" w14:textId="77777777" w:rsidR="00A42A39" w:rsidRDefault="00A42A39"/>
        </w:tc>
        <w:tc>
          <w:tcPr>
            <w:tcW w:w="1440" w:type="dxa"/>
          </w:tcPr>
          <w:p w14:paraId="00123D9C" w14:textId="77777777" w:rsidR="00A42A39" w:rsidRDefault="00A42A39"/>
        </w:tc>
        <w:tc>
          <w:tcPr>
            <w:tcW w:w="1440" w:type="dxa"/>
          </w:tcPr>
          <w:p w14:paraId="56D23295" w14:textId="77777777" w:rsidR="00A42A39" w:rsidRDefault="00A42A39"/>
        </w:tc>
      </w:tr>
      <w:tr w:rsidR="00A42A39" w14:paraId="5DA75403" w14:textId="77777777">
        <w:tc>
          <w:tcPr>
            <w:tcW w:w="1440" w:type="dxa"/>
          </w:tcPr>
          <w:p w14:paraId="589D58C3" w14:textId="77777777" w:rsidR="00A42A39" w:rsidRDefault="00A42A39"/>
        </w:tc>
        <w:tc>
          <w:tcPr>
            <w:tcW w:w="1440" w:type="dxa"/>
          </w:tcPr>
          <w:p w14:paraId="27631937" w14:textId="77777777" w:rsidR="00A42A39" w:rsidRDefault="00A42A39"/>
        </w:tc>
        <w:tc>
          <w:tcPr>
            <w:tcW w:w="1440" w:type="dxa"/>
          </w:tcPr>
          <w:p w14:paraId="1FCB2DCC" w14:textId="77777777" w:rsidR="00A42A39" w:rsidRDefault="00A42A39"/>
        </w:tc>
        <w:tc>
          <w:tcPr>
            <w:tcW w:w="1440" w:type="dxa"/>
          </w:tcPr>
          <w:p w14:paraId="50A8A447" w14:textId="77777777" w:rsidR="00A42A39" w:rsidRDefault="00A42A39"/>
        </w:tc>
        <w:tc>
          <w:tcPr>
            <w:tcW w:w="1440" w:type="dxa"/>
          </w:tcPr>
          <w:p w14:paraId="70B32855" w14:textId="77777777" w:rsidR="00A42A39" w:rsidRDefault="00A42A39"/>
        </w:tc>
        <w:tc>
          <w:tcPr>
            <w:tcW w:w="1440" w:type="dxa"/>
          </w:tcPr>
          <w:p w14:paraId="241F3E57" w14:textId="77777777" w:rsidR="00A42A39" w:rsidRDefault="00A42A39"/>
        </w:tc>
      </w:tr>
      <w:tr w:rsidR="00A42A39" w14:paraId="5853A91E" w14:textId="77777777">
        <w:tc>
          <w:tcPr>
            <w:tcW w:w="1440" w:type="dxa"/>
          </w:tcPr>
          <w:p w14:paraId="774EF112" w14:textId="77777777" w:rsidR="00A42A39" w:rsidRDefault="00A42A39"/>
        </w:tc>
        <w:tc>
          <w:tcPr>
            <w:tcW w:w="1440" w:type="dxa"/>
          </w:tcPr>
          <w:p w14:paraId="2A8334A7" w14:textId="77777777" w:rsidR="00A42A39" w:rsidRDefault="00A42A39"/>
        </w:tc>
        <w:tc>
          <w:tcPr>
            <w:tcW w:w="1440" w:type="dxa"/>
          </w:tcPr>
          <w:p w14:paraId="0687C0EA" w14:textId="77777777" w:rsidR="00A42A39" w:rsidRDefault="00A42A39"/>
        </w:tc>
        <w:tc>
          <w:tcPr>
            <w:tcW w:w="1440" w:type="dxa"/>
          </w:tcPr>
          <w:p w14:paraId="2100871C" w14:textId="77777777" w:rsidR="00A42A39" w:rsidRDefault="00A42A39"/>
        </w:tc>
        <w:tc>
          <w:tcPr>
            <w:tcW w:w="1440" w:type="dxa"/>
          </w:tcPr>
          <w:p w14:paraId="2C4BF632" w14:textId="77777777" w:rsidR="00A42A39" w:rsidRDefault="00A42A39"/>
        </w:tc>
        <w:tc>
          <w:tcPr>
            <w:tcW w:w="1440" w:type="dxa"/>
          </w:tcPr>
          <w:p w14:paraId="79309867" w14:textId="77777777" w:rsidR="00A42A39" w:rsidRDefault="00A42A39"/>
        </w:tc>
      </w:tr>
    </w:tbl>
    <w:p w14:paraId="2519A8C9" w14:textId="77777777" w:rsidR="00A42A39" w:rsidRDefault="002F0C02">
      <w:pPr>
        <w:pStyle w:val="Heading2"/>
      </w:pPr>
      <w:r>
        <w:t>Medication Administration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A42A39" w14:paraId="20DF1313" w14:textId="77777777">
        <w:tc>
          <w:tcPr>
            <w:tcW w:w="1440" w:type="dxa"/>
          </w:tcPr>
          <w:p w14:paraId="646CFBB0" w14:textId="77777777" w:rsidR="00A42A39" w:rsidRDefault="002F0C02">
            <w:r>
              <w:t>Time</w:t>
            </w:r>
          </w:p>
        </w:tc>
        <w:tc>
          <w:tcPr>
            <w:tcW w:w="1440" w:type="dxa"/>
          </w:tcPr>
          <w:p w14:paraId="44007284" w14:textId="77777777" w:rsidR="00A42A39" w:rsidRDefault="002F0C02">
            <w:r>
              <w:t>Medication</w:t>
            </w:r>
          </w:p>
        </w:tc>
        <w:tc>
          <w:tcPr>
            <w:tcW w:w="1440" w:type="dxa"/>
          </w:tcPr>
          <w:p w14:paraId="60361B27" w14:textId="77777777" w:rsidR="00A42A39" w:rsidRDefault="002F0C02">
            <w:r>
              <w:t>Dose</w:t>
            </w:r>
          </w:p>
        </w:tc>
        <w:tc>
          <w:tcPr>
            <w:tcW w:w="1440" w:type="dxa"/>
          </w:tcPr>
          <w:p w14:paraId="16BC81E9" w14:textId="77777777" w:rsidR="00A42A39" w:rsidRDefault="002F0C02">
            <w:r>
              <w:t>Route</w:t>
            </w:r>
          </w:p>
        </w:tc>
        <w:tc>
          <w:tcPr>
            <w:tcW w:w="1440" w:type="dxa"/>
          </w:tcPr>
          <w:p w14:paraId="58D079D8" w14:textId="77777777" w:rsidR="00A42A39" w:rsidRDefault="002F0C02">
            <w:r>
              <w:t>Site</w:t>
            </w:r>
          </w:p>
        </w:tc>
        <w:tc>
          <w:tcPr>
            <w:tcW w:w="1440" w:type="dxa"/>
          </w:tcPr>
          <w:p w14:paraId="50DF4822" w14:textId="77777777" w:rsidR="00A42A39" w:rsidRDefault="002F0C02">
            <w:r>
              <w:t>Notes</w:t>
            </w:r>
          </w:p>
        </w:tc>
      </w:tr>
      <w:tr w:rsidR="00A42A39" w14:paraId="6D9400D2" w14:textId="77777777">
        <w:tc>
          <w:tcPr>
            <w:tcW w:w="1440" w:type="dxa"/>
          </w:tcPr>
          <w:p w14:paraId="28EB87C3" w14:textId="77777777" w:rsidR="00A42A39" w:rsidRDefault="00A42A39"/>
        </w:tc>
        <w:tc>
          <w:tcPr>
            <w:tcW w:w="1440" w:type="dxa"/>
          </w:tcPr>
          <w:p w14:paraId="6EC3FEBB" w14:textId="77777777" w:rsidR="00A42A39" w:rsidRDefault="00A42A39"/>
        </w:tc>
        <w:tc>
          <w:tcPr>
            <w:tcW w:w="1440" w:type="dxa"/>
          </w:tcPr>
          <w:p w14:paraId="7010434B" w14:textId="77777777" w:rsidR="00A42A39" w:rsidRDefault="00A42A39"/>
        </w:tc>
        <w:tc>
          <w:tcPr>
            <w:tcW w:w="1440" w:type="dxa"/>
          </w:tcPr>
          <w:p w14:paraId="3AF27BB9" w14:textId="77777777" w:rsidR="00A42A39" w:rsidRDefault="00A42A39"/>
        </w:tc>
        <w:tc>
          <w:tcPr>
            <w:tcW w:w="1440" w:type="dxa"/>
          </w:tcPr>
          <w:p w14:paraId="03813C35" w14:textId="77777777" w:rsidR="00A42A39" w:rsidRDefault="00A42A39"/>
        </w:tc>
        <w:tc>
          <w:tcPr>
            <w:tcW w:w="1440" w:type="dxa"/>
          </w:tcPr>
          <w:p w14:paraId="0FEF621F" w14:textId="77777777" w:rsidR="00A42A39" w:rsidRDefault="00A42A39"/>
        </w:tc>
      </w:tr>
      <w:tr w:rsidR="00A42A39" w14:paraId="52CAED44" w14:textId="77777777">
        <w:tc>
          <w:tcPr>
            <w:tcW w:w="1440" w:type="dxa"/>
          </w:tcPr>
          <w:p w14:paraId="61F07604" w14:textId="77777777" w:rsidR="00A42A39" w:rsidRDefault="00A42A39"/>
        </w:tc>
        <w:tc>
          <w:tcPr>
            <w:tcW w:w="1440" w:type="dxa"/>
          </w:tcPr>
          <w:p w14:paraId="60EC6FDC" w14:textId="77777777" w:rsidR="00A42A39" w:rsidRDefault="00A42A39"/>
        </w:tc>
        <w:tc>
          <w:tcPr>
            <w:tcW w:w="1440" w:type="dxa"/>
          </w:tcPr>
          <w:p w14:paraId="698C4727" w14:textId="77777777" w:rsidR="00A42A39" w:rsidRDefault="00A42A39"/>
        </w:tc>
        <w:tc>
          <w:tcPr>
            <w:tcW w:w="1440" w:type="dxa"/>
          </w:tcPr>
          <w:p w14:paraId="45928327" w14:textId="77777777" w:rsidR="00A42A39" w:rsidRDefault="00A42A39"/>
        </w:tc>
        <w:tc>
          <w:tcPr>
            <w:tcW w:w="1440" w:type="dxa"/>
          </w:tcPr>
          <w:p w14:paraId="20BE3CCC" w14:textId="77777777" w:rsidR="00A42A39" w:rsidRDefault="00A42A39"/>
        </w:tc>
        <w:tc>
          <w:tcPr>
            <w:tcW w:w="1440" w:type="dxa"/>
          </w:tcPr>
          <w:p w14:paraId="3D2F187B" w14:textId="77777777" w:rsidR="00A42A39" w:rsidRDefault="00A42A39"/>
        </w:tc>
      </w:tr>
      <w:tr w:rsidR="00A42A39" w14:paraId="0490CCF2" w14:textId="77777777">
        <w:tc>
          <w:tcPr>
            <w:tcW w:w="1440" w:type="dxa"/>
          </w:tcPr>
          <w:p w14:paraId="4DFD2796" w14:textId="77777777" w:rsidR="00A42A39" w:rsidRDefault="00A42A39"/>
        </w:tc>
        <w:tc>
          <w:tcPr>
            <w:tcW w:w="1440" w:type="dxa"/>
          </w:tcPr>
          <w:p w14:paraId="03E49630" w14:textId="77777777" w:rsidR="00A42A39" w:rsidRDefault="00A42A39"/>
        </w:tc>
        <w:tc>
          <w:tcPr>
            <w:tcW w:w="1440" w:type="dxa"/>
          </w:tcPr>
          <w:p w14:paraId="73626A1B" w14:textId="77777777" w:rsidR="00A42A39" w:rsidRDefault="00A42A39"/>
        </w:tc>
        <w:tc>
          <w:tcPr>
            <w:tcW w:w="1440" w:type="dxa"/>
          </w:tcPr>
          <w:p w14:paraId="218D7044" w14:textId="77777777" w:rsidR="00A42A39" w:rsidRDefault="00A42A39"/>
        </w:tc>
        <w:tc>
          <w:tcPr>
            <w:tcW w:w="1440" w:type="dxa"/>
          </w:tcPr>
          <w:p w14:paraId="4A18AE41" w14:textId="77777777" w:rsidR="00A42A39" w:rsidRDefault="00A42A39"/>
        </w:tc>
        <w:tc>
          <w:tcPr>
            <w:tcW w:w="1440" w:type="dxa"/>
          </w:tcPr>
          <w:p w14:paraId="2FE1CD61" w14:textId="77777777" w:rsidR="00A42A39" w:rsidRDefault="00A42A39"/>
        </w:tc>
      </w:tr>
      <w:tr w:rsidR="00A42A39" w14:paraId="77F694FC" w14:textId="77777777">
        <w:tc>
          <w:tcPr>
            <w:tcW w:w="1440" w:type="dxa"/>
          </w:tcPr>
          <w:p w14:paraId="42131710" w14:textId="77777777" w:rsidR="00A42A39" w:rsidRDefault="00A42A39"/>
        </w:tc>
        <w:tc>
          <w:tcPr>
            <w:tcW w:w="1440" w:type="dxa"/>
          </w:tcPr>
          <w:p w14:paraId="71688EA9" w14:textId="77777777" w:rsidR="00A42A39" w:rsidRDefault="00A42A39"/>
        </w:tc>
        <w:tc>
          <w:tcPr>
            <w:tcW w:w="1440" w:type="dxa"/>
          </w:tcPr>
          <w:p w14:paraId="5335DF08" w14:textId="77777777" w:rsidR="00A42A39" w:rsidRDefault="00A42A39"/>
        </w:tc>
        <w:tc>
          <w:tcPr>
            <w:tcW w:w="1440" w:type="dxa"/>
          </w:tcPr>
          <w:p w14:paraId="54BA16A3" w14:textId="77777777" w:rsidR="00A42A39" w:rsidRDefault="00A42A39"/>
        </w:tc>
        <w:tc>
          <w:tcPr>
            <w:tcW w:w="1440" w:type="dxa"/>
          </w:tcPr>
          <w:p w14:paraId="0203582A" w14:textId="77777777" w:rsidR="00A42A39" w:rsidRDefault="00A42A39"/>
        </w:tc>
        <w:tc>
          <w:tcPr>
            <w:tcW w:w="1440" w:type="dxa"/>
          </w:tcPr>
          <w:p w14:paraId="5559FAC7" w14:textId="77777777" w:rsidR="00A42A39" w:rsidRDefault="00A42A39"/>
        </w:tc>
      </w:tr>
      <w:tr w:rsidR="00A42A39" w14:paraId="4BBA48BC" w14:textId="77777777">
        <w:tc>
          <w:tcPr>
            <w:tcW w:w="1440" w:type="dxa"/>
          </w:tcPr>
          <w:p w14:paraId="49BE7F95" w14:textId="77777777" w:rsidR="00A42A39" w:rsidRDefault="00A42A39"/>
        </w:tc>
        <w:tc>
          <w:tcPr>
            <w:tcW w:w="1440" w:type="dxa"/>
          </w:tcPr>
          <w:p w14:paraId="2C3150AB" w14:textId="77777777" w:rsidR="00A42A39" w:rsidRDefault="00A42A39"/>
        </w:tc>
        <w:tc>
          <w:tcPr>
            <w:tcW w:w="1440" w:type="dxa"/>
          </w:tcPr>
          <w:p w14:paraId="7AF08C48" w14:textId="77777777" w:rsidR="00A42A39" w:rsidRDefault="00A42A39"/>
        </w:tc>
        <w:tc>
          <w:tcPr>
            <w:tcW w:w="1440" w:type="dxa"/>
          </w:tcPr>
          <w:p w14:paraId="79429007" w14:textId="77777777" w:rsidR="00A42A39" w:rsidRDefault="00A42A39"/>
        </w:tc>
        <w:tc>
          <w:tcPr>
            <w:tcW w:w="1440" w:type="dxa"/>
          </w:tcPr>
          <w:p w14:paraId="099C4FB6" w14:textId="77777777" w:rsidR="00A42A39" w:rsidRDefault="00A42A39"/>
        </w:tc>
        <w:tc>
          <w:tcPr>
            <w:tcW w:w="1440" w:type="dxa"/>
          </w:tcPr>
          <w:p w14:paraId="4CAAB3A3" w14:textId="77777777" w:rsidR="00A42A39" w:rsidRDefault="00A42A39"/>
        </w:tc>
      </w:tr>
    </w:tbl>
    <w:p w14:paraId="47468C1E" w14:textId="77777777" w:rsidR="00A42A39" w:rsidRDefault="002F0C02">
      <w:pPr>
        <w:pStyle w:val="Heading2"/>
      </w:pPr>
      <w:r>
        <w:t>PRN Medication &amp; Effect 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A42A39" w14:paraId="66135742" w14:textId="77777777">
        <w:tc>
          <w:tcPr>
            <w:tcW w:w="1728" w:type="dxa"/>
          </w:tcPr>
          <w:p w14:paraId="787A35A2" w14:textId="77777777" w:rsidR="00A42A39" w:rsidRDefault="002F0C02">
            <w:r>
              <w:t>Time</w:t>
            </w:r>
          </w:p>
        </w:tc>
        <w:tc>
          <w:tcPr>
            <w:tcW w:w="1728" w:type="dxa"/>
          </w:tcPr>
          <w:p w14:paraId="036886C9" w14:textId="77777777" w:rsidR="00A42A39" w:rsidRDefault="002F0C02">
            <w:r>
              <w:t>Medication</w:t>
            </w:r>
          </w:p>
        </w:tc>
        <w:tc>
          <w:tcPr>
            <w:tcW w:w="1728" w:type="dxa"/>
          </w:tcPr>
          <w:p w14:paraId="5C07751B" w14:textId="77777777" w:rsidR="00A42A39" w:rsidRDefault="002F0C02">
            <w:r>
              <w:t>Reason</w:t>
            </w:r>
          </w:p>
        </w:tc>
        <w:tc>
          <w:tcPr>
            <w:tcW w:w="1728" w:type="dxa"/>
          </w:tcPr>
          <w:p w14:paraId="25246D78" w14:textId="77777777" w:rsidR="00A42A39" w:rsidRDefault="002F0C02">
            <w:r>
              <w:t>Effect Observed</w:t>
            </w:r>
          </w:p>
        </w:tc>
        <w:tc>
          <w:tcPr>
            <w:tcW w:w="1728" w:type="dxa"/>
          </w:tcPr>
          <w:p w14:paraId="01885436" w14:textId="77777777" w:rsidR="00A42A39" w:rsidRDefault="002F0C02">
            <w:r>
              <w:t>Follow-Up Time</w:t>
            </w:r>
          </w:p>
        </w:tc>
      </w:tr>
      <w:tr w:rsidR="00A42A39" w14:paraId="6967C9E1" w14:textId="77777777">
        <w:tc>
          <w:tcPr>
            <w:tcW w:w="1728" w:type="dxa"/>
          </w:tcPr>
          <w:p w14:paraId="0F076F4C" w14:textId="77777777" w:rsidR="00A42A39" w:rsidRDefault="00A42A39"/>
        </w:tc>
        <w:tc>
          <w:tcPr>
            <w:tcW w:w="1728" w:type="dxa"/>
          </w:tcPr>
          <w:p w14:paraId="2B458044" w14:textId="77777777" w:rsidR="00A42A39" w:rsidRDefault="00A42A39"/>
        </w:tc>
        <w:tc>
          <w:tcPr>
            <w:tcW w:w="1728" w:type="dxa"/>
          </w:tcPr>
          <w:p w14:paraId="24567963" w14:textId="77777777" w:rsidR="00A42A39" w:rsidRDefault="00A42A39"/>
        </w:tc>
        <w:tc>
          <w:tcPr>
            <w:tcW w:w="1728" w:type="dxa"/>
          </w:tcPr>
          <w:p w14:paraId="247B85C9" w14:textId="77777777" w:rsidR="00A42A39" w:rsidRDefault="00A42A39"/>
        </w:tc>
        <w:tc>
          <w:tcPr>
            <w:tcW w:w="1728" w:type="dxa"/>
          </w:tcPr>
          <w:p w14:paraId="31C83A0D" w14:textId="77777777" w:rsidR="00A42A39" w:rsidRDefault="00A42A39"/>
        </w:tc>
      </w:tr>
      <w:tr w:rsidR="00A42A39" w14:paraId="0A3D99D5" w14:textId="77777777">
        <w:tc>
          <w:tcPr>
            <w:tcW w:w="1728" w:type="dxa"/>
          </w:tcPr>
          <w:p w14:paraId="4DB8AFAE" w14:textId="77777777" w:rsidR="00A42A39" w:rsidRDefault="00A42A39"/>
        </w:tc>
        <w:tc>
          <w:tcPr>
            <w:tcW w:w="1728" w:type="dxa"/>
          </w:tcPr>
          <w:p w14:paraId="4138721D" w14:textId="77777777" w:rsidR="00A42A39" w:rsidRDefault="00A42A39"/>
        </w:tc>
        <w:tc>
          <w:tcPr>
            <w:tcW w:w="1728" w:type="dxa"/>
          </w:tcPr>
          <w:p w14:paraId="2D7E9C73" w14:textId="77777777" w:rsidR="00A42A39" w:rsidRDefault="00A42A39"/>
        </w:tc>
        <w:tc>
          <w:tcPr>
            <w:tcW w:w="1728" w:type="dxa"/>
          </w:tcPr>
          <w:p w14:paraId="6D44C06A" w14:textId="77777777" w:rsidR="00A42A39" w:rsidRDefault="00A42A39"/>
        </w:tc>
        <w:tc>
          <w:tcPr>
            <w:tcW w:w="1728" w:type="dxa"/>
          </w:tcPr>
          <w:p w14:paraId="01969E25" w14:textId="77777777" w:rsidR="00A42A39" w:rsidRDefault="00A42A39"/>
        </w:tc>
      </w:tr>
      <w:tr w:rsidR="00A42A39" w14:paraId="4A5297C8" w14:textId="77777777">
        <w:tc>
          <w:tcPr>
            <w:tcW w:w="1728" w:type="dxa"/>
          </w:tcPr>
          <w:p w14:paraId="7843302E" w14:textId="77777777" w:rsidR="00A42A39" w:rsidRDefault="00A42A39"/>
        </w:tc>
        <w:tc>
          <w:tcPr>
            <w:tcW w:w="1728" w:type="dxa"/>
          </w:tcPr>
          <w:p w14:paraId="449C5C12" w14:textId="77777777" w:rsidR="00A42A39" w:rsidRDefault="00A42A39"/>
        </w:tc>
        <w:tc>
          <w:tcPr>
            <w:tcW w:w="1728" w:type="dxa"/>
          </w:tcPr>
          <w:p w14:paraId="3D84EA71" w14:textId="77777777" w:rsidR="00A42A39" w:rsidRDefault="00A42A39"/>
        </w:tc>
        <w:tc>
          <w:tcPr>
            <w:tcW w:w="1728" w:type="dxa"/>
          </w:tcPr>
          <w:p w14:paraId="2F22CAF7" w14:textId="77777777" w:rsidR="00A42A39" w:rsidRDefault="00A42A39"/>
        </w:tc>
        <w:tc>
          <w:tcPr>
            <w:tcW w:w="1728" w:type="dxa"/>
          </w:tcPr>
          <w:p w14:paraId="64D13E5E" w14:textId="77777777" w:rsidR="00A42A39" w:rsidRDefault="00A42A39"/>
        </w:tc>
      </w:tr>
      <w:tr w:rsidR="00A42A39" w14:paraId="2BBDA39D" w14:textId="77777777">
        <w:tc>
          <w:tcPr>
            <w:tcW w:w="1728" w:type="dxa"/>
          </w:tcPr>
          <w:p w14:paraId="5D95A241" w14:textId="77777777" w:rsidR="00A42A39" w:rsidRDefault="00A42A39"/>
        </w:tc>
        <w:tc>
          <w:tcPr>
            <w:tcW w:w="1728" w:type="dxa"/>
          </w:tcPr>
          <w:p w14:paraId="507E8635" w14:textId="77777777" w:rsidR="00A42A39" w:rsidRDefault="00A42A39"/>
        </w:tc>
        <w:tc>
          <w:tcPr>
            <w:tcW w:w="1728" w:type="dxa"/>
          </w:tcPr>
          <w:p w14:paraId="20EF7CFE" w14:textId="77777777" w:rsidR="00A42A39" w:rsidRDefault="00A42A39"/>
        </w:tc>
        <w:tc>
          <w:tcPr>
            <w:tcW w:w="1728" w:type="dxa"/>
          </w:tcPr>
          <w:p w14:paraId="1E9AD8AB" w14:textId="77777777" w:rsidR="00A42A39" w:rsidRDefault="00A42A39"/>
        </w:tc>
        <w:tc>
          <w:tcPr>
            <w:tcW w:w="1728" w:type="dxa"/>
          </w:tcPr>
          <w:p w14:paraId="3576DB08" w14:textId="77777777" w:rsidR="00A42A39" w:rsidRDefault="00A42A39"/>
        </w:tc>
      </w:tr>
      <w:tr w:rsidR="00A42A39" w14:paraId="19A03E1E" w14:textId="77777777">
        <w:tc>
          <w:tcPr>
            <w:tcW w:w="1728" w:type="dxa"/>
          </w:tcPr>
          <w:p w14:paraId="253A927B" w14:textId="77777777" w:rsidR="00A42A39" w:rsidRDefault="00A42A39"/>
        </w:tc>
        <w:tc>
          <w:tcPr>
            <w:tcW w:w="1728" w:type="dxa"/>
          </w:tcPr>
          <w:p w14:paraId="5312475C" w14:textId="77777777" w:rsidR="00A42A39" w:rsidRDefault="00A42A39"/>
        </w:tc>
        <w:tc>
          <w:tcPr>
            <w:tcW w:w="1728" w:type="dxa"/>
          </w:tcPr>
          <w:p w14:paraId="7F48639E" w14:textId="77777777" w:rsidR="00A42A39" w:rsidRDefault="00A42A39"/>
        </w:tc>
        <w:tc>
          <w:tcPr>
            <w:tcW w:w="1728" w:type="dxa"/>
          </w:tcPr>
          <w:p w14:paraId="1722A461" w14:textId="77777777" w:rsidR="00A42A39" w:rsidRDefault="00A42A39"/>
        </w:tc>
        <w:tc>
          <w:tcPr>
            <w:tcW w:w="1728" w:type="dxa"/>
          </w:tcPr>
          <w:p w14:paraId="2708DA02" w14:textId="77777777" w:rsidR="00A42A39" w:rsidRDefault="00A42A39"/>
        </w:tc>
      </w:tr>
    </w:tbl>
    <w:p w14:paraId="337BD200" w14:textId="77777777" w:rsidR="00A42A39" w:rsidRDefault="002F0C02">
      <w:pPr>
        <w:pStyle w:val="Heading2"/>
      </w:pPr>
      <w:r>
        <w:t>Pain &amp; Blood Sugar Tracking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A42A39" w14:paraId="704EBE71" w14:textId="77777777">
        <w:tc>
          <w:tcPr>
            <w:tcW w:w="1728" w:type="dxa"/>
          </w:tcPr>
          <w:p w14:paraId="30342052" w14:textId="77777777" w:rsidR="00A42A39" w:rsidRDefault="002F0C02">
            <w:r>
              <w:t>Time</w:t>
            </w:r>
          </w:p>
        </w:tc>
        <w:tc>
          <w:tcPr>
            <w:tcW w:w="1728" w:type="dxa"/>
          </w:tcPr>
          <w:p w14:paraId="5AC8A6DB" w14:textId="77777777" w:rsidR="00A42A39" w:rsidRDefault="002F0C02">
            <w:r>
              <w:t>Pain Score (0-10)</w:t>
            </w:r>
          </w:p>
        </w:tc>
        <w:tc>
          <w:tcPr>
            <w:tcW w:w="1728" w:type="dxa"/>
          </w:tcPr>
          <w:p w14:paraId="5EB5FAD2" w14:textId="77777777" w:rsidR="00A42A39" w:rsidRDefault="002F0C02">
            <w:r>
              <w:t>Location</w:t>
            </w:r>
          </w:p>
        </w:tc>
        <w:tc>
          <w:tcPr>
            <w:tcW w:w="1728" w:type="dxa"/>
          </w:tcPr>
          <w:p w14:paraId="06642D46" w14:textId="77777777" w:rsidR="00A42A39" w:rsidRDefault="002F0C02">
            <w:r>
              <w:t>Blood Sugar</w:t>
            </w:r>
          </w:p>
        </w:tc>
        <w:tc>
          <w:tcPr>
            <w:tcW w:w="1728" w:type="dxa"/>
          </w:tcPr>
          <w:p w14:paraId="4C2987E2" w14:textId="77777777" w:rsidR="00A42A39" w:rsidRDefault="002F0C02">
            <w:r>
              <w:t>Insulin Dose</w:t>
            </w:r>
          </w:p>
        </w:tc>
      </w:tr>
      <w:tr w:rsidR="00A42A39" w14:paraId="060E5B09" w14:textId="77777777">
        <w:tc>
          <w:tcPr>
            <w:tcW w:w="1728" w:type="dxa"/>
          </w:tcPr>
          <w:p w14:paraId="17ECF0FC" w14:textId="77777777" w:rsidR="00A42A39" w:rsidRDefault="00A42A39"/>
        </w:tc>
        <w:tc>
          <w:tcPr>
            <w:tcW w:w="1728" w:type="dxa"/>
          </w:tcPr>
          <w:p w14:paraId="77E5B7CE" w14:textId="77777777" w:rsidR="00A42A39" w:rsidRDefault="00A42A39"/>
        </w:tc>
        <w:tc>
          <w:tcPr>
            <w:tcW w:w="1728" w:type="dxa"/>
          </w:tcPr>
          <w:p w14:paraId="42C945E2" w14:textId="77777777" w:rsidR="00A42A39" w:rsidRDefault="00A42A39"/>
        </w:tc>
        <w:tc>
          <w:tcPr>
            <w:tcW w:w="1728" w:type="dxa"/>
          </w:tcPr>
          <w:p w14:paraId="3E8AC63E" w14:textId="77777777" w:rsidR="00A42A39" w:rsidRDefault="00A42A39"/>
        </w:tc>
        <w:tc>
          <w:tcPr>
            <w:tcW w:w="1728" w:type="dxa"/>
          </w:tcPr>
          <w:p w14:paraId="6CE41BE0" w14:textId="77777777" w:rsidR="00A42A39" w:rsidRDefault="00A42A39"/>
        </w:tc>
      </w:tr>
      <w:tr w:rsidR="00A42A39" w14:paraId="42FD6E2D" w14:textId="77777777">
        <w:tc>
          <w:tcPr>
            <w:tcW w:w="1728" w:type="dxa"/>
          </w:tcPr>
          <w:p w14:paraId="6FC72914" w14:textId="77777777" w:rsidR="00A42A39" w:rsidRDefault="00A42A39"/>
        </w:tc>
        <w:tc>
          <w:tcPr>
            <w:tcW w:w="1728" w:type="dxa"/>
          </w:tcPr>
          <w:p w14:paraId="467FE90A" w14:textId="77777777" w:rsidR="00A42A39" w:rsidRDefault="00A42A39"/>
        </w:tc>
        <w:tc>
          <w:tcPr>
            <w:tcW w:w="1728" w:type="dxa"/>
          </w:tcPr>
          <w:p w14:paraId="341BF961" w14:textId="77777777" w:rsidR="00A42A39" w:rsidRDefault="00A42A39"/>
        </w:tc>
        <w:tc>
          <w:tcPr>
            <w:tcW w:w="1728" w:type="dxa"/>
          </w:tcPr>
          <w:p w14:paraId="303AC26D" w14:textId="77777777" w:rsidR="00A42A39" w:rsidRDefault="00A42A39"/>
        </w:tc>
        <w:tc>
          <w:tcPr>
            <w:tcW w:w="1728" w:type="dxa"/>
          </w:tcPr>
          <w:p w14:paraId="59418E50" w14:textId="77777777" w:rsidR="00A42A39" w:rsidRDefault="00A42A39"/>
        </w:tc>
      </w:tr>
      <w:tr w:rsidR="00A42A39" w14:paraId="73721D81" w14:textId="77777777">
        <w:tc>
          <w:tcPr>
            <w:tcW w:w="1728" w:type="dxa"/>
          </w:tcPr>
          <w:p w14:paraId="0F788965" w14:textId="77777777" w:rsidR="00A42A39" w:rsidRDefault="00A42A39"/>
        </w:tc>
        <w:tc>
          <w:tcPr>
            <w:tcW w:w="1728" w:type="dxa"/>
          </w:tcPr>
          <w:p w14:paraId="1E3BA163" w14:textId="77777777" w:rsidR="00A42A39" w:rsidRDefault="00A42A39"/>
        </w:tc>
        <w:tc>
          <w:tcPr>
            <w:tcW w:w="1728" w:type="dxa"/>
          </w:tcPr>
          <w:p w14:paraId="70AB278E" w14:textId="77777777" w:rsidR="00A42A39" w:rsidRDefault="00A42A39"/>
        </w:tc>
        <w:tc>
          <w:tcPr>
            <w:tcW w:w="1728" w:type="dxa"/>
          </w:tcPr>
          <w:p w14:paraId="7119758F" w14:textId="77777777" w:rsidR="00A42A39" w:rsidRDefault="00A42A39"/>
        </w:tc>
        <w:tc>
          <w:tcPr>
            <w:tcW w:w="1728" w:type="dxa"/>
          </w:tcPr>
          <w:p w14:paraId="78BFDC44" w14:textId="77777777" w:rsidR="00A42A39" w:rsidRDefault="00A42A39"/>
        </w:tc>
      </w:tr>
      <w:tr w:rsidR="00A42A39" w14:paraId="38FB865C" w14:textId="77777777">
        <w:tc>
          <w:tcPr>
            <w:tcW w:w="1728" w:type="dxa"/>
          </w:tcPr>
          <w:p w14:paraId="7BE2C0FD" w14:textId="77777777" w:rsidR="00A42A39" w:rsidRDefault="00A42A39"/>
        </w:tc>
        <w:tc>
          <w:tcPr>
            <w:tcW w:w="1728" w:type="dxa"/>
          </w:tcPr>
          <w:p w14:paraId="4512B61A" w14:textId="77777777" w:rsidR="00A42A39" w:rsidRDefault="00A42A39"/>
        </w:tc>
        <w:tc>
          <w:tcPr>
            <w:tcW w:w="1728" w:type="dxa"/>
          </w:tcPr>
          <w:p w14:paraId="79E0D796" w14:textId="77777777" w:rsidR="00A42A39" w:rsidRDefault="00A42A39"/>
        </w:tc>
        <w:tc>
          <w:tcPr>
            <w:tcW w:w="1728" w:type="dxa"/>
          </w:tcPr>
          <w:p w14:paraId="41BB9505" w14:textId="77777777" w:rsidR="00A42A39" w:rsidRDefault="00A42A39"/>
        </w:tc>
        <w:tc>
          <w:tcPr>
            <w:tcW w:w="1728" w:type="dxa"/>
          </w:tcPr>
          <w:p w14:paraId="5450C0A6" w14:textId="77777777" w:rsidR="00A42A39" w:rsidRDefault="00A42A39"/>
        </w:tc>
      </w:tr>
      <w:tr w:rsidR="00A42A39" w14:paraId="5F151EC6" w14:textId="77777777">
        <w:tc>
          <w:tcPr>
            <w:tcW w:w="1728" w:type="dxa"/>
          </w:tcPr>
          <w:p w14:paraId="245E3A09" w14:textId="77777777" w:rsidR="00A42A39" w:rsidRDefault="00A42A39"/>
        </w:tc>
        <w:tc>
          <w:tcPr>
            <w:tcW w:w="1728" w:type="dxa"/>
          </w:tcPr>
          <w:p w14:paraId="4DE5311A" w14:textId="77777777" w:rsidR="00A42A39" w:rsidRDefault="00A42A39"/>
        </w:tc>
        <w:tc>
          <w:tcPr>
            <w:tcW w:w="1728" w:type="dxa"/>
          </w:tcPr>
          <w:p w14:paraId="6C99975F" w14:textId="77777777" w:rsidR="00A42A39" w:rsidRDefault="00A42A39"/>
        </w:tc>
        <w:tc>
          <w:tcPr>
            <w:tcW w:w="1728" w:type="dxa"/>
          </w:tcPr>
          <w:p w14:paraId="5B510B0D" w14:textId="77777777" w:rsidR="00A42A39" w:rsidRDefault="00A42A39"/>
        </w:tc>
        <w:tc>
          <w:tcPr>
            <w:tcW w:w="1728" w:type="dxa"/>
          </w:tcPr>
          <w:p w14:paraId="4F21CF28" w14:textId="77777777" w:rsidR="00A42A39" w:rsidRDefault="00A42A39"/>
        </w:tc>
      </w:tr>
    </w:tbl>
    <w:p w14:paraId="484A8BB0" w14:textId="77777777" w:rsidR="00A42A39" w:rsidRDefault="002F0C02">
      <w:pPr>
        <w:pStyle w:val="Heading2"/>
      </w:pPr>
      <w:r>
        <w:t>Activities of Daily Living (ADL)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42A39" w14:paraId="713BD097" w14:textId="77777777">
        <w:tc>
          <w:tcPr>
            <w:tcW w:w="2880" w:type="dxa"/>
          </w:tcPr>
          <w:p w14:paraId="6EDDBF25" w14:textId="77777777" w:rsidR="00A42A39" w:rsidRDefault="002F0C02">
            <w:r>
              <w:t>Activity</w:t>
            </w:r>
          </w:p>
        </w:tc>
        <w:tc>
          <w:tcPr>
            <w:tcW w:w="2880" w:type="dxa"/>
          </w:tcPr>
          <w:p w14:paraId="4BFAD0F9" w14:textId="77777777" w:rsidR="00A42A39" w:rsidRDefault="002F0C02">
            <w:r>
              <w:t>Completed (Y/N)</w:t>
            </w:r>
          </w:p>
        </w:tc>
        <w:tc>
          <w:tcPr>
            <w:tcW w:w="2880" w:type="dxa"/>
          </w:tcPr>
          <w:p w14:paraId="702FB4E6" w14:textId="77777777" w:rsidR="00A42A39" w:rsidRDefault="002F0C02">
            <w:r>
              <w:t>Notes</w:t>
            </w:r>
          </w:p>
        </w:tc>
      </w:tr>
      <w:tr w:rsidR="00A42A39" w14:paraId="4A1F768C" w14:textId="77777777">
        <w:tc>
          <w:tcPr>
            <w:tcW w:w="2880" w:type="dxa"/>
          </w:tcPr>
          <w:p w14:paraId="1EBE2692" w14:textId="77777777" w:rsidR="00A42A39" w:rsidRDefault="002F0C02">
            <w:r>
              <w:t>Bathing</w:t>
            </w:r>
          </w:p>
        </w:tc>
        <w:tc>
          <w:tcPr>
            <w:tcW w:w="2880" w:type="dxa"/>
          </w:tcPr>
          <w:p w14:paraId="7FDA704C" w14:textId="77777777" w:rsidR="00A42A39" w:rsidRDefault="00A42A39"/>
        </w:tc>
        <w:tc>
          <w:tcPr>
            <w:tcW w:w="2880" w:type="dxa"/>
          </w:tcPr>
          <w:p w14:paraId="7A131BD3" w14:textId="77777777" w:rsidR="00A42A39" w:rsidRDefault="00A42A39"/>
        </w:tc>
      </w:tr>
      <w:tr w:rsidR="00A42A39" w14:paraId="7E3E0292" w14:textId="77777777">
        <w:tc>
          <w:tcPr>
            <w:tcW w:w="2880" w:type="dxa"/>
          </w:tcPr>
          <w:p w14:paraId="3413AD4E" w14:textId="77777777" w:rsidR="00A42A39" w:rsidRDefault="002F0C02">
            <w:r>
              <w:t>Dressing</w:t>
            </w:r>
          </w:p>
        </w:tc>
        <w:tc>
          <w:tcPr>
            <w:tcW w:w="2880" w:type="dxa"/>
          </w:tcPr>
          <w:p w14:paraId="71EC5802" w14:textId="77777777" w:rsidR="00A42A39" w:rsidRDefault="00A42A39"/>
        </w:tc>
        <w:tc>
          <w:tcPr>
            <w:tcW w:w="2880" w:type="dxa"/>
          </w:tcPr>
          <w:p w14:paraId="12F93A4B" w14:textId="77777777" w:rsidR="00A42A39" w:rsidRDefault="00A42A39"/>
        </w:tc>
      </w:tr>
      <w:tr w:rsidR="00A42A39" w14:paraId="226B47FF" w14:textId="77777777">
        <w:tc>
          <w:tcPr>
            <w:tcW w:w="2880" w:type="dxa"/>
          </w:tcPr>
          <w:p w14:paraId="2BF58524" w14:textId="77777777" w:rsidR="00A42A39" w:rsidRDefault="002F0C02">
            <w:r>
              <w:t>Toileting</w:t>
            </w:r>
          </w:p>
        </w:tc>
        <w:tc>
          <w:tcPr>
            <w:tcW w:w="2880" w:type="dxa"/>
          </w:tcPr>
          <w:p w14:paraId="0501715A" w14:textId="77777777" w:rsidR="00A42A39" w:rsidRDefault="00A42A39"/>
        </w:tc>
        <w:tc>
          <w:tcPr>
            <w:tcW w:w="2880" w:type="dxa"/>
          </w:tcPr>
          <w:p w14:paraId="236630CF" w14:textId="77777777" w:rsidR="00A42A39" w:rsidRDefault="00A42A39"/>
        </w:tc>
      </w:tr>
      <w:tr w:rsidR="00A42A39" w14:paraId="4DEDC72D" w14:textId="77777777">
        <w:tc>
          <w:tcPr>
            <w:tcW w:w="2880" w:type="dxa"/>
          </w:tcPr>
          <w:p w14:paraId="08B5D077" w14:textId="77777777" w:rsidR="00A42A39" w:rsidRDefault="002F0C02">
            <w:r>
              <w:t>Ambulation</w:t>
            </w:r>
          </w:p>
        </w:tc>
        <w:tc>
          <w:tcPr>
            <w:tcW w:w="2880" w:type="dxa"/>
          </w:tcPr>
          <w:p w14:paraId="420B1C01" w14:textId="77777777" w:rsidR="00A42A39" w:rsidRDefault="00A42A39"/>
        </w:tc>
        <w:tc>
          <w:tcPr>
            <w:tcW w:w="2880" w:type="dxa"/>
          </w:tcPr>
          <w:p w14:paraId="3F3E23BC" w14:textId="77777777" w:rsidR="00A42A39" w:rsidRDefault="00A42A39"/>
        </w:tc>
      </w:tr>
      <w:tr w:rsidR="00A42A39" w14:paraId="5C9588B7" w14:textId="77777777">
        <w:tc>
          <w:tcPr>
            <w:tcW w:w="2880" w:type="dxa"/>
          </w:tcPr>
          <w:p w14:paraId="35FEE80F" w14:textId="77777777" w:rsidR="00A42A39" w:rsidRDefault="002F0C02">
            <w:r>
              <w:t>Feeding</w:t>
            </w:r>
          </w:p>
        </w:tc>
        <w:tc>
          <w:tcPr>
            <w:tcW w:w="2880" w:type="dxa"/>
          </w:tcPr>
          <w:p w14:paraId="0F1951B5" w14:textId="77777777" w:rsidR="00A42A39" w:rsidRDefault="00A42A39"/>
        </w:tc>
        <w:tc>
          <w:tcPr>
            <w:tcW w:w="2880" w:type="dxa"/>
          </w:tcPr>
          <w:p w14:paraId="59604074" w14:textId="77777777" w:rsidR="00A42A39" w:rsidRDefault="00A42A39"/>
        </w:tc>
      </w:tr>
      <w:tr w:rsidR="00A42A39" w14:paraId="46F26837" w14:textId="77777777">
        <w:tc>
          <w:tcPr>
            <w:tcW w:w="2880" w:type="dxa"/>
          </w:tcPr>
          <w:p w14:paraId="6FAAC7DE" w14:textId="77777777" w:rsidR="00A42A39" w:rsidRDefault="002F0C02">
            <w:r>
              <w:t>Transfer Assistance</w:t>
            </w:r>
          </w:p>
        </w:tc>
        <w:tc>
          <w:tcPr>
            <w:tcW w:w="2880" w:type="dxa"/>
          </w:tcPr>
          <w:p w14:paraId="05C2855D" w14:textId="77777777" w:rsidR="00A42A39" w:rsidRDefault="00A42A39"/>
        </w:tc>
        <w:tc>
          <w:tcPr>
            <w:tcW w:w="2880" w:type="dxa"/>
          </w:tcPr>
          <w:p w14:paraId="1283020D" w14:textId="77777777" w:rsidR="00A42A39" w:rsidRDefault="00A42A39"/>
        </w:tc>
      </w:tr>
      <w:tr w:rsidR="00A42A39" w14:paraId="3E0361D1" w14:textId="77777777">
        <w:tc>
          <w:tcPr>
            <w:tcW w:w="2880" w:type="dxa"/>
          </w:tcPr>
          <w:p w14:paraId="5C94E85C" w14:textId="77777777" w:rsidR="00A42A39" w:rsidRDefault="002F0C02">
            <w:r>
              <w:t>Incontinence Care</w:t>
            </w:r>
          </w:p>
        </w:tc>
        <w:tc>
          <w:tcPr>
            <w:tcW w:w="2880" w:type="dxa"/>
          </w:tcPr>
          <w:p w14:paraId="57A2FE37" w14:textId="77777777" w:rsidR="00A42A39" w:rsidRDefault="00A42A39"/>
        </w:tc>
        <w:tc>
          <w:tcPr>
            <w:tcW w:w="2880" w:type="dxa"/>
          </w:tcPr>
          <w:p w14:paraId="22FF7A4B" w14:textId="77777777" w:rsidR="00A42A39" w:rsidRDefault="00A42A39"/>
        </w:tc>
      </w:tr>
      <w:tr w:rsidR="00A42A39" w14:paraId="5B3358DD" w14:textId="77777777">
        <w:tc>
          <w:tcPr>
            <w:tcW w:w="2880" w:type="dxa"/>
          </w:tcPr>
          <w:p w14:paraId="22CC6F36" w14:textId="77777777" w:rsidR="00A42A39" w:rsidRDefault="002F0C02">
            <w:r>
              <w:t>Oral Care</w:t>
            </w:r>
          </w:p>
        </w:tc>
        <w:tc>
          <w:tcPr>
            <w:tcW w:w="2880" w:type="dxa"/>
          </w:tcPr>
          <w:p w14:paraId="17D32DC1" w14:textId="77777777" w:rsidR="00A42A39" w:rsidRDefault="00A42A39"/>
        </w:tc>
        <w:tc>
          <w:tcPr>
            <w:tcW w:w="2880" w:type="dxa"/>
          </w:tcPr>
          <w:p w14:paraId="1B8F155D" w14:textId="77777777" w:rsidR="00A42A39" w:rsidRDefault="00A42A39"/>
        </w:tc>
      </w:tr>
      <w:tr w:rsidR="00A42A39" w14:paraId="464D58F2" w14:textId="77777777">
        <w:tc>
          <w:tcPr>
            <w:tcW w:w="2880" w:type="dxa"/>
          </w:tcPr>
          <w:p w14:paraId="5BE50C72" w14:textId="77777777" w:rsidR="00A42A39" w:rsidRDefault="002F0C02">
            <w:r>
              <w:t>Skin Check</w:t>
            </w:r>
          </w:p>
        </w:tc>
        <w:tc>
          <w:tcPr>
            <w:tcW w:w="2880" w:type="dxa"/>
          </w:tcPr>
          <w:p w14:paraId="7D1B5C69" w14:textId="77777777" w:rsidR="00A42A39" w:rsidRDefault="00A42A39"/>
        </w:tc>
        <w:tc>
          <w:tcPr>
            <w:tcW w:w="2880" w:type="dxa"/>
          </w:tcPr>
          <w:p w14:paraId="1DB510AC" w14:textId="77777777" w:rsidR="00A42A39" w:rsidRDefault="00A42A39"/>
        </w:tc>
      </w:tr>
    </w:tbl>
    <w:p w14:paraId="205A1A2D" w14:textId="77777777" w:rsidR="00A42A39" w:rsidRDefault="002F0C02">
      <w:r>
        <w:br w:type="page"/>
      </w:r>
    </w:p>
    <w:p w14:paraId="3BAAF728" w14:textId="77777777" w:rsidR="00A42A39" w:rsidRDefault="002F0C02">
      <w:pPr>
        <w:pStyle w:val="Heading2"/>
      </w:pPr>
      <w:r>
        <w:lastRenderedPageBreak/>
        <w:t>Skilled Nursing Progress Note</w:t>
      </w:r>
    </w:p>
    <w:p w14:paraId="28D885F6" w14:textId="77777777" w:rsidR="00A42A39" w:rsidRDefault="002F0C02">
      <w:r>
        <w:t>Assessment: ________________________________________________</w:t>
      </w:r>
    </w:p>
    <w:p w14:paraId="1597EC56" w14:textId="77777777" w:rsidR="00A42A39" w:rsidRDefault="002F0C02">
      <w:r>
        <w:t xml:space="preserve">Intervention: </w:t>
      </w:r>
      <w:r>
        <w:t>______________________________________________</w:t>
      </w:r>
    </w:p>
    <w:p w14:paraId="00525B0A" w14:textId="77777777" w:rsidR="00A42A39" w:rsidRDefault="002F0C02">
      <w:r>
        <w:t>Response: _________________________________________________</w:t>
      </w:r>
    </w:p>
    <w:p w14:paraId="727B4028" w14:textId="77777777" w:rsidR="00A42A39" w:rsidRDefault="002F0C02">
      <w:r>
        <w:t>Plan: _____________________________________________________</w:t>
      </w:r>
    </w:p>
    <w:p w14:paraId="7D594134" w14:textId="77777777" w:rsidR="00A42A39" w:rsidRDefault="002F0C02">
      <w:r>
        <w:t>Signature: ____________________  Time: _________</w:t>
      </w:r>
    </w:p>
    <w:p w14:paraId="64276E16" w14:textId="77777777" w:rsidR="00A42A39" w:rsidRDefault="002F0C02">
      <w:pPr>
        <w:pStyle w:val="Heading2"/>
      </w:pPr>
      <w:r>
        <w:t>Medication Administration Record (MAR)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A42A39" w14:paraId="6B9A01DA" w14:textId="77777777">
        <w:tc>
          <w:tcPr>
            <w:tcW w:w="1728" w:type="dxa"/>
          </w:tcPr>
          <w:p w14:paraId="57B7281E" w14:textId="77777777" w:rsidR="00A42A39" w:rsidRDefault="002F0C02">
            <w:r>
              <w:t>Date/Time</w:t>
            </w:r>
          </w:p>
        </w:tc>
        <w:tc>
          <w:tcPr>
            <w:tcW w:w="1728" w:type="dxa"/>
          </w:tcPr>
          <w:p w14:paraId="288AF6D8" w14:textId="77777777" w:rsidR="00A42A39" w:rsidRDefault="002F0C02">
            <w:r>
              <w:t>Medication</w:t>
            </w:r>
          </w:p>
        </w:tc>
        <w:tc>
          <w:tcPr>
            <w:tcW w:w="1728" w:type="dxa"/>
          </w:tcPr>
          <w:p w14:paraId="762C7E2E" w14:textId="77777777" w:rsidR="00A42A39" w:rsidRDefault="002F0C02">
            <w:r>
              <w:t>Dose</w:t>
            </w:r>
          </w:p>
        </w:tc>
        <w:tc>
          <w:tcPr>
            <w:tcW w:w="1728" w:type="dxa"/>
          </w:tcPr>
          <w:p w14:paraId="23F19004" w14:textId="77777777" w:rsidR="00A42A39" w:rsidRDefault="002F0C02">
            <w:r>
              <w:t>Signature</w:t>
            </w:r>
          </w:p>
        </w:tc>
        <w:tc>
          <w:tcPr>
            <w:tcW w:w="1728" w:type="dxa"/>
          </w:tcPr>
          <w:p w14:paraId="052EB31D" w14:textId="77777777" w:rsidR="00A42A39" w:rsidRDefault="002F0C02">
            <w:r>
              <w:t>Comments</w:t>
            </w:r>
          </w:p>
        </w:tc>
      </w:tr>
      <w:tr w:rsidR="00A42A39" w14:paraId="0EF1478A" w14:textId="77777777">
        <w:tc>
          <w:tcPr>
            <w:tcW w:w="1728" w:type="dxa"/>
          </w:tcPr>
          <w:p w14:paraId="0E45E961" w14:textId="77777777" w:rsidR="00A42A39" w:rsidRDefault="00A42A39"/>
        </w:tc>
        <w:tc>
          <w:tcPr>
            <w:tcW w:w="1728" w:type="dxa"/>
          </w:tcPr>
          <w:p w14:paraId="2B16F858" w14:textId="77777777" w:rsidR="00A42A39" w:rsidRDefault="00A42A39"/>
        </w:tc>
        <w:tc>
          <w:tcPr>
            <w:tcW w:w="1728" w:type="dxa"/>
          </w:tcPr>
          <w:p w14:paraId="2B421419" w14:textId="77777777" w:rsidR="00A42A39" w:rsidRDefault="00A42A39"/>
        </w:tc>
        <w:tc>
          <w:tcPr>
            <w:tcW w:w="1728" w:type="dxa"/>
          </w:tcPr>
          <w:p w14:paraId="2109CB8A" w14:textId="77777777" w:rsidR="00A42A39" w:rsidRDefault="00A42A39"/>
        </w:tc>
        <w:tc>
          <w:tcPr>
            <w:tcW w:w="1728" w:type="dxa"/>
          </w:tcPr>
          <w:p w14:paraId="0FD2396A" w14:textId="77777777" w:rsidR="00A42A39" w:rsidRDefault="00A42A39"/>
        </w:tc>
      </w:tr>
      <w:tr w:rsidR="00A42A39" w14:paraId="558193C0" w14:textId="77777777">
        <w:tc>
          <w:tcPr>
            <w:tcW w:w="1728" w:type="dxa"/>
          </w:tcPr>
          <w:p w14:paraId="59523D2B" w14:textId="77777777" w:rsidR="00A42A39" w:rsidRDefault="00A42A39"/>
        </w:tc>
        <w:tc>
          <w:tcPr>
            <w:tcW w:w="1728" w:type="dxa"/>
          </w:tcPr>
          <w:p w14:paraId="430171C3" w14:textId="77777777" w:rsidR="00A42A39" w:rsidRDefault="00A42A39"/>
        </w:tc>
        <w:tc>
          <w:tcPr>
            <w:tcW w:w="1728" w:type="dxa"/>
          </w:tcPr>
          <w:p w14:paraId="29762932" w14:textId="77777777" w:rsidR="00A42A39" w:rsidRDefault="00A42A39"/>
        </w:tc>
        <w:tc>
          <w:tcPr>
            <w:tcW w:w="1728" w:type="dxa"/>
          </w:tcPr>
          <w:p w14:paraId="35173776" w14:textId="77777777" w:rsidR="00A42A39" w:rsidRDefault="00A42A39"/>
        </w:tc>
        <w:tc>
          <w:tcPr>
            <w:tcW w:w="1728" w:type="dxa"/>
          </w:tcPr>
          <w:p w14:paraId="56B76A9B" w14:textId="77777777" w:rsidR="00A42A39" w:rsidRDefault="00A42A39"/>
        </w:tc>
      </w:tr>
      <w:tr w:rsidR="00A42A39" w14:paraId="369F8D04" w14:textId="77777777">
        <w:tc>
          <w:tcPr>
            <w:tcW w:w="1728" w:type="dxa"/>
          </w:tcPr>
          <w:p w14:paraId="670E059D" w14:textId="77777777" w:rsidR="00A42A39" w:rsidRDefault="00A42A39"/>
        </w:tc>
        <w:tc>
          <w:tcPr>
            <w:tcW w:w="1728" w:type="dxa"/>
          </w:tcPr>
          <w:p w14:paraId="1FFA4236" w14:textId="77777777" w:rsidR="00A42A39" w:rsidRDefault="00A42A39"/>
        </w:tc>
        <w:tc>
          <w:tcPr>
            <w:tcW w:w="1728" w:type="dxa"/>
          </w:tcPr>
          <w:p w14:paraId="5ECAD3DA" w14:textId="77777777" w:rsidR="00A42A39" w:rsidRDefault="00A42A39"/>
        </w:tc>
        <w:tc>
          <w:tcPr>
            <w:tcW w:w="1728" w:type="dxa"/>
          </w:tcPr>
          <w:p w14:paraId="262E41EA" w14:textId="77777777" w:rsidR="00A42A39" w:rsidRDefault="00A42A39"/>
        </w:tc>
        <w:tc>
          <w:tcPr>
            <w:tcW w:w="1728" w:type="dxa"/>
          </w:tcPr>
          <w:p w14:paraId="57A3812D" w14:textId="77777777" w:rsidR="00A42A39" w:rsidRDefault="00A42A39"/>
        </w:tc>
      </w:tr>
      <w:tr w:rsidR="00A42A39" w14:paraId="16532B0E" w14:textId="77777777">
        <w:tc>
          <w:tcPr>
            <w:tcW w:w="1728" w:type="dxa"/>
          </w:tcPr>
          <w:p w14:paraId="21F19AFC" w14:textId="77777777" w:rsidR="00A42A39" w:rsidRDefault="00A42A39"/>
        </w:tc>
        <w:tc>
          <w:tcPr>
            <w:tcW w:w="1728" w:type="dxa"/>
          </w:tcPr>
          <w:p w14:paraId="4CD388CB" w14:textId="77777777" w:rsidR="00A42A39" w:rsidRDefault="00A42A39"/>
        </w:tc>
        <w:tc>
          <w:tcPr>
            <w:tcW w:w="1728" w:type="dxa"/>
          </w:tcPr>
          <w:p w14:paraId="6A33A604" w14:textId="77777777" w:rsidR="00A42A39" w:rsidRDefault="00A42A39"/>
        </w:tc>
        <w:tc>
          <w:tcPr>
            <w:tcW w:w="1728" w:type="dxa"/>
          </w:tcPr>
          <w:p w14:paraId="5A74D23A" w14:textId="77777777" w:rsidR="00A42A39" w:rsidRDefault="00A42A39"/>
        </w:tc>
        <w:tc>
          <w:tcPr>
            <w:tcW w:w="1728" w:type="dxa"/>
          </w:tcPr>
          <w:p w14:paraId="4EB1CEB1" w14:textId="77777777" w:rsidR="00A42A39" w:rsidRDefault="00A42A39"/>
        </w:tc>
      </w:tr>
      <w:tr w:rsidR="00A42A39" w14:paraId="1EA57AE7" w14:textId="77777777">
        <w:tc>
          <w:tcPr>
            <w:tcW w:w="1728" w:type="dxa"/>
          </w:tcPr>
          <w:p w14:paraId="0FA767E5" w14:textId="77777777" w:rsidR="00A42A39" w:rsidRDefault="00A42A39"/>
        </w:tc>
        <w:tc>
          <w:tcPr>
            <w:tcW w:w="1728" w:type="dxa"/>
          </w:tcPr>
          <w:p w14:paraId="24496B53" w14:textId="77777777" w:rsidR="00A42A39" w:rsidRDefault="00A42A39"/>
        </w:tc>
        <w:tc>
          <w:tcPr>
            <w:tcW w:w="1728" w:type="dxa"/>
          </w:tcPr>
          <w:p w14:paraId="2FA70C4C" w14:textId="77777777" w:rsidR="00A42A39" w:rsidRDefault="00A42A39"/>
        </w:tc>
        <w:tc>
          <w:tcPr>
            <w:tcW w:w="1728" w:type="dxa"/>
          </w:tcPr>
          <w:p w14:paraId="368F7B7A" w14:textId="77777777" w:rsidR="00A42A39" w:rsidRDefault="00A42A39"/>
        </w:tc>
        <w:tc>
          <w:tcPr>
            <w:tcW w:w="1728" w:type="dxa"/>
          </w:tcPr>
          <w:p w14:paraId="3980D62E" w14:textId="77777777" w:rsidR="00A42A39" w:rsidRDefault="00A42A39"/>
        </w:tc>
      </w:tr>
      <w:tr w:rsidR="00A42A39" w14:paraId="1CA73E9F" w14:textId="77777777">
        <w:tc>
          <w:tcPr>
            <w:tcW w:w="1728" w:type="dxa"/>
          </w:tcPr>
          <w:p w14:paraId="4D68C1BD" w14:textId="77777777" w:rsidR="00A42A39" w:rsidRDefault="00A42A39"/>
        </w:tc>
        <w:tc>
          <w:tcPr>
            <w:tcW w:w="1728" w:type="dxa"/>
          </w:tcPr>
          <w:p w14:paraId="46DD56FC" w14:textId="77777777" w:rsidR="00A42A39" w:rsidRDefault="00A42A39"/>
        </w:tc>
        <w:tc>
          <w:tcPr>
            <w:tcW w:w="1728" w:type="dxa"/>
          </w:tcPr>
          <w:p w14:paraId="345EEDE5" w14:textId="77777777" w:rsidR="00A42A39" w:rsidRDefault="00A42A39"/>
        </w:tc>
        <w:tc>
          <w:tcPr>
            <w:tcW w:w="1728" w:type="dxa"/>
          </w:tcPr>
          <w:p w14:paraId="38D936B2" w14:textId="77777777" w:rsidR="00A42A39" w:rsidRDefault="00A42A39"/>
        </w:tc>
        <w:tc>
          <w:tcPr>
            <w:tcW w:w="1728" w:type="dxa"/>
          </w:tcPr>
          <w:p w14:paraId="00140F9A" w14:textId="77777777" w:rsidR="00A42A39" w:rsidRDefault="00A42A39"/>
        </w:tc>
      </w:tr>
      <w:tr w:rsidR="00A42A39" w14:paraId="64A18278" w14:textId="77777777">
        <w:tc>
          <w:tcPr>
            <w:tcW w:w="1728" w:type="dxa"/>
          </w:tcPr>
          <w:p w14:paraId="571A0BAA" w14:textId="77777777" w:rsidR="00A42A39" w:rsidRDefault="00A42A39"/>
        </w:tc>
        <w:tc>
          <w:tcPr>
            <w:tcW w:w="1728" w:type="dxa"/>
          </w:tcPr>
          <w:p w14:paraId="1D3E5F30" w14:textId="77777777" w:rsidR="00A42A39" w:rsidRDefault="00A42A39"/>
        </w:tc>
        <w:tc>
          <w:tcPr>
            <w:tcW w:w="1728" w:type="dxa"/>
          </w:tcPr>
          <w:p w14:paraId="7CD67386" w14:textId="77777777" w:rsidR="00A42A39" w:rsidRDefault="00A42A39"/>
        </w:tc>
        <w:tc>
          <w:tcPr>
            <w:tcW w:w="1728" w:type="dxa"/>
          </w:tcPr>
          <w:p w14:paraId="4A1AD9A2" w14:textId="77777777" w:rsidR="00A42A39" w:rsidRDefault="00A42A39"/>
        </w:tc>
        <w:tc>
          <w:tcPr>
            <w:tcW w:w="1728" w:type="dxa"/>
          </w:tcPr>
          <w:p w14:paraId="031C02BB" w14:textId="77777777" w:rsidR="00A42A39" w:rsidRDefault="00A42A39"/>
        </w:tc>
      </w:tr>
      <w:tr w:rsidR="00A42A39" w14:paraId="6516C2D3" w14:textId="77777777">
        <w:tc>
          <w:tcPr>
            <w:tcW w:w="1728" w:type="dxa"/>
          </w:tcPr>
          <w:p w14:paraId="23171AD4" w14:textId="77777777" w:rsidR="00A42A39" w:rsidRDefault="00A42A39"/>
        </w:tc>
        <w:tc>
          <w:tcPr>
            <w:tcW w:w="1728" w:type="dxa"/>
          </w:tcPr>
          <w:p w14:paraId="486CEA57" w14:textId="77777777" w:rsidR="00A42A39" w:rsidRDefault="00A42A39"/>
        </w:tc>
        <w:tc>
          <w:tcPr>
            <w:tcW w:w="1728" w:type="dxa"/>
          </w:tcPr>
          <w:p w14:paraId="1566F5B5" w14:textId="77777777" w:rsidR="00A42A39" w:rsidRDefault="00A42A39"/>
        </w:tc>
        <w:tc>
          <w:tcPr>
            <w:tcW w:w="1728" w:type="dxa"/>
          </w:tcPr>
          <w:p w14:paraId="29ECDC06" w14:textId="77777777" w:rsidR="00A42A39" w:rsidRDefault="00A42A39"/>
        </w:tc>
        <w:tc>
          <w:tcPr>
            <w:tcW w:w="1728" w:type="dxa"/>
          </w:tcPr>
          <w:p w14:paraId="7EC19FA7" w14:textId="77777777" w:rsidR="00A42A39" w:rsidRDefault="00A42A39"/>
        </w:tc>
      </w:tr>
      <w:tr w:rsidR="00A42A39" w14:paraId="3E271BB5" w14:textId="77777777">
        <w:tc>
          <w:tcPr>
            <w:tcW w:w="1728" w:type="dxa"/>
          </w:tcPr>
          <w:p w14:paraId="353D0DEB" w14:textId="77777777" w:rsidR="00A42A39" w:rsidRDefault="00A42A39"/>
        </w:tc>
        <w:tc>
          <w:tcPr>
            <w:tcW w:w="1728" w:type="dxa"/>
          </w:tcPr>
          <w:p w14:paraId="024BAE1E" w14:textId="77777777" w:rsidR="00A42A39" w:rsidRDefault="00A42A39"/>
        </w:tc>
        <w:tc>
          <w:tcPr>
            <w:tcW w:w="1728" w:type="dxa"/>
          </w:tcPr>
          <w:p w14:paraId="2C635BCA" w14:textId="77777777" w:rsidR="00A42A39" w:rsidRDefault="00A42A39"/>
        </w:tc>
        <w:tc>
          <w:tcPr>
            <w:tcW w:w="1728" w:type="dxa"/>
          </w:tcPr>
          <w:p w14:paraId="7AC51246" w14:textId="77777777" w:rsidR="00A42A39" w:rsidRDefault="00A42A39"/>
        </w:tc>
        <w:tc>
          <w:tcPr>
            <w:tcW w:w="1728" w:type="dxa"/>
          </w:tcPr>
          <w:p w14:paraId="755AF99E" w14:textId="77777777" w:rsidR="00A42A39" w:rsidRDefault="00A42A39"/>
        </w:tc>
      </w:tr>
    </w:tbl>
    <w:p w14:paraId="7D5ECB96" w14:textId="77777777" w:rsidR="00A42A39" w:rsidRDefault="002F0C02">
      <w:r>
        <w:br w:type="page"/>
      </w:r>
    </w:p>
    <w:p w14:paraId="38B53BB8" w14:textId="77777777" w:rsidR="00A42A39" w:rsidRDefault="002F0C02">
      <w:pPr>
        <w:pStyle w:val="Heading2"/>
      </w:pPr>
      <w:r>
        <w:lastRenderedPageBreak/>
        <w:t>Incident Report Form</w:t>
      </w:r>
    </w:p>
    <w:p w14:paraId="1BC0CFFF" w14:textId="77777777" w:rsidR="00A42A39" w:rsidRDefault="002F0C02">
      <w:r>
        <w:t>Date &amp; Time of Incident: __________________________</w:t>
      </w:r>
    </w:p>
    <w:p w14:paraId="4EF82E6C" w14:textId="77777777" w:rsidR="00A42A39" w:rsidRDefault="002F0C02">
      <w:r>
        <w:t xml:space="preserve">Location: </w:t>
      </w:r>
      <w:r>
        <w:t>_________________________________________</w:t>
      </w:r>
    </w:p>
    <w:p w14:paraId="2219B556" w14:textId="77777777" w:rsidR="00A42A39" w:rsidRDefault="002F0C02">
      <w:r>
        <w:t>Description of Incident: ___________________________</w:t>
      </w:r>
    </w:p>
    <w:p w14:paraId="4F4E5E63" w14:textId="77777777" w:rsidR="00A42A39" w:rsidRDefault="002F0C02">
      <w:r>
        <w:t>Witnesses: ________________________________________</w:t>
      </w:r>
    </w:p>
    <w:p w14:paraId="0C87D402" w14:textId="77777777" w:rsidR="00A42A39" w:rsidRDefault="002F0C02">
      <w:r>
        <w:t>Patient Condition After: ___________________________</w:t>
      </w:r>
    </w:p>
    <w:p w14:paraId="51DD149C" w14:textId="77777777" w:rsidR="00A42A39" w:rsidRDefault="002F0C02">
      <w:r>
        <w:t>Action Taken: _____________________________________</w:t>
      </w:r>
    </w:p>
    <w:p w14:paraId="296C943E" w14:textId="77777777" w:rsidR="00A42A39" w:rsidRDefault="002F0C02">
      <w:r>
        <w:t>Supe</w:t>
      </w:r>
      <w:r>
        <w:t>rvisor Notified: _______________________________</w:t>
      </w:r>
    </w:p>
    <w:p w14:paraId="457FD3C2" w14:textId="77777777" w:rsidR="00A42A39" w:rsidRDefault="002F0C02">
      <w:r>
        <w:t>Signature: ______________________  Date: ___________</w:t>
      </w:r>
    </w:p>
    <w:sectPr w:rsidR="00A42A39" w:rsidSect="002F0C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F0C02"/>
    <w:rsid w:val="00326F90"/>
    <w:rsid w:val="00A42A39"/>
    <w:rsid w:val="00AA1D8D"/>
    <w:rsid w:val="00B47730"/>
    <w:rsid w:val="00C1428B"/>
    <w:rsid w:val="00CB0664"/>
    <w:rsid w:val="00E1279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8DE6F7"/>
  <w14:defaultImageDpi w14:val="300"/>
  <w15:docId w15:val="{6E520293-C824-4796-8827-8EC4B2762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Marc-Charles Nicolas</cp:lastModifiedBy>
  <cp:revision>2</cp:revision>
  <dcterms:created xsi:type="dcterms:W3CDTF">2025-11-07T23:38:00Z</dcterms:created>
  <dcterms:modified xsi:type="dcterms:W3CDTF">2025-11-07T23:38:00Z</dcterms:modified>
  <cp:category/>
</cp:coreProperties>
</file>